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AE495" w14:textId="77777777" w:rsidR="00105A5C" w:rsidRDefault="00105A5C" w:rsidP="00105A5C">
      <w:pPr>
        <w:pStyle w:val="Ttulo1"/>
        <w:tabs>
          <w:tab w:val="left" w:pos="5255"/>
        </w:tabs>
        <w:spacing w:before="0" w:line="360" w:lineRule="auto"/>
        <w:jc w:val="both"/>
        <w:rPr>
          <w:sz w:val="28"/>
          <w:lang w:val="es-ES_tradnl"/>
        </w:rPr>
      </w:pPr>
    </w:p>
    <w:p w14:paraId="513477F3" w14:textId="5A525EAD" w:rsidR="00105A5C" w:rsidRPr="00F27B88" w:rsidRDefault="00105A5C" w:rsidP="00105A5C">
      <w:pPr>
        <w:pStyle w:val="Ttulo1"/>
        <w:tabs>
          <w:tab w:val="left" w:pos="5255"/>
        </w:tabs>
        <w:spacing w:before="0" w:line="360" w:lineRule="auto"/>
        <w:jc w:val="both"/>
        <w:rPr>
          <w:rFonts w:ascii="Aptos" w:hAnsi="Aptos"/>
          <w:sz w:val="28"/>
          <w:lang w:val="es-ES_tradnl"/>
        </w:rPr>
      </w:pPr>
      <w:r w:rsidRPr="00F27B88">
        <w:rPr>
          <w:rFonts w:ascii="Aptos" w:hAnsi="Aptos"/>
          <w:sz w:val="28"/>
          <w:lang w:val="es-ES_tradnl"/>
        </w:rPr>
        <w:t>[</w:t>
      </w:r>
      <w:r w:rsidR="0047188C" w:rsidRPr="00F27B88">
        <w:rPr>
          <w:rFonts w:ascii="Aptos" w:hAnsi="Aptos"/>
          <w:sz w:val="28"/>
          <w:lang w:val="es-ES_tradnl"/>
        </w:rPr>
        <w:t xml:space="preserve">Escriba el </w:t>
      </w:r>
      <w:r w:rsidR="00310CE3" w:rsidRPr="00F27B88">
        <w:rPr>
          <w:rFonts w:ascii="Aptos" w:hAnsi="Aptos"/>
          <w:sz w:val="28"/>
          <w:lang w:val="es-ES_tradnl"/>
        </w:rPr>
        <w:t xml:space="preserve">Título del </w:t>
      </w:r>
      <w:r w:rsidR="00E16E9F" w:rsidRPr="00F27B88">
        <w:rPr>
          <w:rFonts w:ascii="Aptos" w:hAnsi="Aptos"/>
          <w:sz w:val="28"/>
          <w:lang w:val="es-ES_tradnl"/>
        </w:rPr>
        <w:t>Artículo</w:t>
      </w:r>
      <w:r w:rsidR="00310CE3" w:rsidRPr="00F27B88">
        <w:rPr>
          <w:rFonts w:ascii="Aptos" w:hAnsi="Aptos"/>
          <w:sz w:val="28"/>
          <w:lang w:val="es-ES_tradnl"/>
        </w:rPr>
        <w:t xml:space="preserve"> a ser Publicado</w:t>
      </w:r>
      <w:r w:rsidRPr="00F27B88">
        <w:rPr>
          <w:rFonts w:ascii="Aptos" w:hAnsi="Aptos"/>
          <w:sz w:val="28"/>
          <w:lang w:val="es-ES_tradnl"/>
        </w:rPr>
        <w:t>]</w:t>
      </w:r>
      <w:r w:rsidR="00310CE3" w:rsidRPr="00F27B88">
        <w:rPr>
          <w:rFonts w:ascii="Aptos" w:hAnsi="Aptos"/>
          <w:sz w:val="28"/>
          <w:lang w:val="es-ES_tradnl"/>
        </w:rPr>
        <w:t xml:space="preserve"> </w:t>
      </w:r>
    </w:p>
    <w:p w14:paraId="1A4EE95C" w14:textId="4F237143" w:rsidR="00E16E9F" w:rsidRPr="00F27B88" w:rsidRDefault="0047188C" w:rsidP="00105A5C">
      <w:pPr>
        <w:pStyle w:val="Ttulo1"/>
        <w:tabs>
          <w:tab w:val="left" w:pos="5255"/>
        </w:tabs>
        <w:spacing w:before="0" w:line="360" w:lineRule="auto"/>
        <w:jc w:val="both"/>
        <w:rPr>
          <w:rFonts w:ascii="Aptos" w:hAnsi="Aptos"/>
          <w:sz w:val="28"/>
          <w:lang w:val="es-ES_tradnl"/>
        </w:rPr>
      </w:pPr>
      <w:r w:rsidRPr="00F27B88">
        <w:rPr>
          <w:rFonts w:ascii="Aptos" w:hAnsi="Aptos"/>
          <w:color w:val="7F7F7F" w:themeColor="text1" w:themeTint="80"/>
          <w:sz w:val="18"/>
          <w:szCs w:val="18"/>
          <w:lang w:val="es-ES_tradnl"/>
        </w:rPr>
        <w:t>&gt;&gt;&gt;</w:t>
      </w:r>
      <w:r w:rsidR="00E16E9F" w:rsidRPr="00F27B88">
        <w:rPr>
          <w:rFonts w:ascii="Aptos" w:hAnsi="Aptos"/>
          <w:color w:val="7F7F7F" w:themeColor="text1" w:themeTint="80"/>
          <w:sz w:val="18"/>
          <w:szCs w:val="18"/>
          <w:lang w:val="es-ES_tradnl"/>
        </w:rPr>
        <w:t>TÍTULO DEL ARTÍCULO EN ESPAÑOL</w:t>
      </w:r>
      <w:r w:rsidR="00E16E9F" w:rsidRPr="00F27B88">
        <w:rPr>
          <w:rFonts w:ascii="Aptos" w:hAnsi="Aptos"/>
          <w:color w:val="7F7F7F" w:themeColor="text1" w:themeTint="80"/>
          <w:sz w:val="18"/>
          <w:szCs w:val="18"/>
          <w:lang w:val="es-ES_tradnl"/>
        </w:rPr>
        <w:tab/>
      </w:r>
    </w:p>
    <w:p w14:paraId="605B2B0A" w14:textId="02F5AF33" w:rsidR="00E16E9F" w:rsidRPr="00F27B88" w:rsidRDefault="00E16E9F" w:rsidP="00E16E9F">
      <w:pPr>
        <w:spacing w:line="360" w:lineRule="auto"/>
        <w:jc w:val="both"/>
        <w:rPr>
          <w:rFonts w:ascii="Aptos" w:hAnsi="Aptos"/>
          <w:color w:val="7F7F7F" w:themeColor="text1" w:themeTint="80"/>
          <w:sz w:val="18"/>
          <w:szCs w:val="18"/>
          <w:lang w:val="es-ES_tradnl"/>
        </w:rPr>
      </w:pPr>
      <w:r w:rsidRPr="00F27B88">
        <w:rPr>
          <w:rFonts w:ascii="Aptos" w:hAnsi="Aptos"/>
          <w:color w:val="7F7F7F" w:themeColor="text1" w:themeTint="80"/>
          <w:sz w:val="18"/>
          <w:szCs w:val="18"/>
          <w:lang w:val="es-ES_tradnl"/>
        </w:rPr>
        <w:t>El título debe expresar de manera clara, precisa y concisa el contenido principal del trabajo y no deberá superar las 20 palabras. Debe permitir identificar el tema abordado y, cuando resulte pertinente, el objeto de estudio, la población o el contexto de la investigación. Evite títulos excesivamente extensos, expresiones ambiguas y abreviaturas poco conocidas. No escriba todo el título en mayúsculas; utilice mayúscula inicial y en nombres propios, siglas o casos que correspondan según las normas ortográficas.</w:t>
      </w:r>
    </w:p>
    <w:p w14:paraId="7FFB19A8" w14:textId="3F753687" w:rsidR="0047188C" w:rsidRPr="00F27B88" w:rsidRDefault="0047188C" w:rsidP="0047188C">
      <w:pPr>
        <w:pStyle w:val="Ttulo1"/>
        <w:tabs>
          <w:tab w:val="left" w:pos="5255"/>
        </w:tabs>
        <w:spacing w:line="360" w:lineRule="auto"/>
        <w:jc w:val="both"/>
        <w:rPr>
          <w:rFonts w:ascii="Aptos" w:hAnsi="Aptos"/>
          <w:color w:val="A6A6A6" w:themeColor="background1" w:themeShade="A6"/>
          <w:sz w:val="22"/>
          <w:szCs w:val="40"/>
          <w:lang w:val="es-ES_tradnl"/>
        </w:rPr>
      </w:pPr>
      <w:r w:rsidRPr="00F27B88">
        <w:rPr>
          <w:rFonts w:ascii="Aptos" w:hAnsi="Aptos"/>
          <w:color w:val="A6A6A6" w:themeColor="background1" w:themeShade="A6"/>
          <w:sz w:val="22"/>
          <w:szCs w:val="40"/>
          <w:lang w:val="es-ES_tradnl"/>
        </w:rPr>
        <w:t xml:space="preserve">[Title </w:t>
      </w:r>
      <w:proofErr w:type="spellStart"/>
      <w:r w:rsidRPr="00F27B88">
        <w:rPr>
          <w:rFonts w:ascii="Aptos" w:hAnsi="Aptos"/>
          <w:color w:val="A6A6A6" w:themeColor="background1" w:themeShade="A6"/>
          <w:sz w:val="22"/>
          <w:szCs w:val="40"/>
          <w:lang w:val="es-ES_tradnl"/>
        </w:rPr>
        <w:t>of</w:t>
      </w:r>
      <w:proofErr w:type="spellEnd"/>
      <w:r w:rsidRPr="00F27B88">
        <w:rPr>
          <w:rFonts w:ascii="Aptos" w:hAnsi="Aptos"/>
          <w:color w:val="A6A6A6" w:themeColor="background1" w:themeShade="A6"/>
          <w:sz w:val="22"/>
          <w:szCs w:val="40"/>
          <w:lang w:val="es-ES_tradnl"/>
        </w:rPr>
        <w:t xml:space="preserve"> The </w:t>
      </w:r>
      <w:proofErr w:type="spellStart"/>
      <w:r w:rsidRPr="00F27B88">
        <w:rPr>
          <w:rFonts w:ascii="Aptos" w:hAnsi="Aptos"/>
          <w:color w:val="A6A6A6" w:themeColor="background1" w:themeShade="A6"/>
          <w:sz w:val="22"/>
          <w:szCs w:val="40"/>
          <w:lang w:val="es-ES_tradnl"/>
        </w:rPr>
        <w:t>Article</w:t>
      </w:r>
      <w:proofErr w:type="spellEnd"/>
      <w:r w:rsidRPr="00F27B88">
        <w:rPr>
          <w:rFonts w:ascii="Aptos" w:hAnsi="Aptos"/>
          <w:color w:val="A6A6A6" w:themeColor="background1" w:themeShade="A6"/>
          <w:sz w:val="22"/>
          <w:szCs w:val="40"/>
          <w:lang w:val="es-ES_tradnl"/>
        </w:rPr>
        <w:t xml:space="preserve"> </w:t>
      </w:r>
      <w:proofErr w:type="spellStart"/>
      <w:r w:rsidRPr="00F27B88">
        <w:rPr>
          <w:rFonts w:ascii="Aptos" w:hAnsi="Aptos"/>
          <w:color w:val="A6A6A6" w:themeColor="background1" w:themeShade="A6"/>
          <w:sz w:val="22"/>
          <w:szCs w:val="40"/>
          <w:lang w:val="es-ES_tradnl"/>
        </w:rPr>
        <w:t>to</w:t>
      </w:r>
      <w:proofErr w:type="spellEnd"/>
      <w:r w:rsidRPr="00F27B88">
        <w:rPr>
          <w:rFonts w:ascii="Aptos" w:hAnsi="Aptos"/>
          <w:color w:val="A6A6A6" w:themeColor="background1" w:themeShade="A6"/>
          <w:sz w:val="22"/>
          <w:szCs w:val="40"/>
          <w:lang w:val="es-ES_tradnl"/>
        </w:rPr>
        <w:t xml:space="preserve"> be </w:t>
      </w:r>
      <w:proofErr w:type="spellStart"/>
      <w:r w:rsidRPr="00F27B88">
        <w:rPr>
          <w:rFonts w:ascii="Aptos" w:hAnsi="Aptos"/>
          <w:color w:val="A6A6A6" w:themeColor="background1" w:themeShade="A6"/>
          <w:sz w:val="22"/>
          <w:szCs w:val="40"/>
          <w:lang w:val="es-ES_tradnl"/>
        </w:rPr>
        <w:t>Published</w:t>
      </w:r>
      <w:proofErr w:type="spellEnd"/>
      <w:r w:rsidRPr="00F27B88">
        <w:rPr>
          <w:rFonts w:ascii="Aptos" w:hAnsi="Aptos"/>
          <w:color w:val="A6A6A6" w:themeColor="background1" w:themeShade="A6"/>
          <w:sz w:val="22"/>
          <w:szCs w:val="40"/>
          <w:lang w:val="es-ES_tradnl"/>
        </w:rPr>
        <w:t>]</w:t>
      </w:r>
    </w:p>
    <w:p w14:paraId="71EB5CE4" w14:textId="77777777" w:rsidR="00310CE3" w:rsidRPr="00F27B88" w:rsidRDefault="00310CE3" w:rsidP="00310CE3">
      <w:pPr>
        <w:spacing w:line="360" w:lineRule="auto"/>
        <w:rPr>
          <w:rFonts w:ascii="Aptos" w:hAnsi="Aptos"/>
          <w:lang w:val="es-ES_tradnl"/>
        </w:rPr>
      </w:pPr>
    </w:p>
    <w:p w14:paraId="6D577F6D" w14:textId="2E9845AD" w:rsidR="00310CE3" w:rsidRPr="00F27B88" w:rsidRDefault="00310CE3" w:rsidP="00310CE3">
      <w:pPr>
        <w:spacing w:after="0" w:line="360" w:lineRule="auto"/>
        <w:jc w:val="right"/>
        <w:rPr>
          <w:rFonts w:ascii="Aptos" w:hAnsi="Aptos" w:cstheme="minorHAnsi"/>
          <w:b/>
          <w:bCs/>
          <w:sz w:val="16"/>
          <w:szCs w:val="16"/>
          <w:lang w:val="es-PY"/>
        </w:rPr>
      </w:pPr>
      <w:r w:rsidRPr="00F27B88">
        <w:rPr>
          <w:rFonts w:ascii="Aptos" w:hAnsi="Aptos" w:cstheme="minorHAnsi"/>
          <w:b/>
          <w:bCs/>
          <w:sz w:val="16"/>
          <w:szCs w:val="16"/>
          <w:lang w:val="es-PY"/>
        </w:rPr>
        <w:t>Nombre y apellidos: [escriba aquí]</w:t>
      </w:r>
      <w:r w:rsidR="004E5ED6" w:rsidRPr="004E5ED6">
        <w:rPr>
          <w:rFonts w:ascii="Amasis MT Pro Light" w:hAnsi="Amasis MT Pro Light" w:cstheme="minorHAnsi"/>
          <w:b/>
          <w:bCs/>
          <w:vertAlign w:val="superscript"/>
          <w:lang w:val="es-PY"/>
        </w:rPr>
        <w:t xml:space="preserve"> </w:t>
      </w:r>
      <w:r w:rsidR="004E5ED6" w:rsidRPr="002D580B">
        <w:rPr>
          <w:rFonts w:ascii="Amasis MT Pro Light" w:hAnsi="Amasis MT Pro Light" w:cstheme="minorHAnsi"/>
          <w:b/>
          <w:bCs/>
          <w:vertAlign w:val="superscript"/>
          <w:lang w:val="es-PY"/>
        </w:rPr>
        <w:footnoteReference w:id="1"/>
      </w:r>
    </w:p>
    <w:p w14:paraId="50C06851" w14:textId="77777777" w:rsidR="00310CE3" w:rsidRPr="00F27B88" w:rsidRDefault="00310CE3" w:rsidP="00310CE3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Correo electrónico: [escriba aquí]</w:t>
      </w:r>
    </w:p>
    <w:p w14:paraId="006EBEAD" w14:textId="77777777" w:rsidR="00310CE3" w:rsidRPr="00F27B88" w:rsidRDefault="00310CE3" w:rsidP="00310CE3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ORCID: https://orcid.org/0000-0000-0000-0000</w:t>
      </w:r>
    </w:p>
    <w:p w14:paraId="33959EC2" w14:textId="77777777" w:rsidR="00310CE3" w:rsidRPr="00F27B88" w:rsidRDefault="00310CE3" w:rsidP="00310CE3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Afiliación institucional: [institución y unidad, cuando corresponda]</w:t>
      </w:r>
    </w:p>
    <w:p w14:paraId="0DF83CE4" w14:textId="00C0D323" w:rsidR="00310CE3" w:rsidRPr="00F27B88" w:rsidRDefault="004E5ED6" w:rsidP="00310CE3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>
        <w:rPr>
          <w:rFonts w:ascii="Aptos" w:hAnsi="Aptos" w:cstheme="minorHAnsi"/>
          <w:sz w:val="16"/>
          <w:szCs w:val="16"/>
          <w:lang w:val="es-PY"/>
        </w:rPr>
        <w:t>P</w:t>
      </w:r>
      <w:r w:rsidR="00310CE3" w:rsidRPr="00F27B88">
        <w:rPr>
          <w:rFonts w:ascii="Aptos" w:hAnsi="Aptos" w:cstheme="minorHAnsi"/>
          <w:sz w:val="16"/>
          <w:szCs w:val="16"/>
          <w:lang w:val="es-PY"/>
        </w:rPr>
        <w:t>aís: [escriba aquí]</w:t>
      </w:r>
    </w:p>
    <w:p w14:paraId="31100369" w14:textId="77777777" w:rsidR="00310CE3" w:rsidRPr="00F27B88" w:rsidRDefault="00310CE3" w:rsidP="00310CE3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</w:p>
    <w:p w14:paraId="4E5F9575" w14:textId="581416BF" w:rsidR="00310CE3" w:rsidRPr="00F27B88" w:rsidRDefault="00310CE3" w:rsidP="00310CE3">
      <w:pPr>
        <w:spacing w:after="0" w:line="360" w:lineRule="auto"/>
        <w:jc w:val="right"/>
        <w:rPr>
          <w:rFonts w:ascii="Aptos" w:hAnsi="Aptos" w:cstheme="minorHAnsi"/>
          <w:b/>
          <w:bCs/>
          <w:sz w:val="16"/>
          <w:szCs w:val="16"/>
          <w:lang w:val="es-PY"/>
        </w:rPr>
      </w:pPr>
      <w:r w:rsidRPr="00F27B88">
        <w:rPr>
          <w:rFonts w:ascii="Aptos" w:hAnsi="Aptos" w:cstheme="minorHAnsi"/>
          <w:b/>
          <w:bCs/>
          <w:sz w:val="16"/>
          <w:szCs w:val="16"/>
          <w:lang w:val="es-PY"/>
        </w:rPr>
        <w:t>Nombre y apellidos: [escriba aquí]</w:t>
      </w:r>
      <w:r w:rsidR="00A2218B" w:rsidRPr="00A2218B">
        <w:rPr>
          <w:rFonts w:ascii="Amasis MT Pro Light" w:hAnsi="Amasis MT Pro Light" w:cstheme="minorHAnsi"/>
          <w:b/>
          <w:bCs/>
          <w:vertAlign w:val="superscript"/>
          <w:lang w:val="es-PY"/>
        </w:rPr>
        <w:t xml:space="preserve"> </w:t>
      </w:r>
    </w:p>
    <w:p w14:paraId="43F579D4" w14:textId="77777777" w:rsidR="00310CE3" w:rsidRPr="00F27B88" w:rsidRDefault="00310CE3" w:rsidP="00310CE3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Correo electrónico: [escriba aquí]</w:t>
      </w:r>
    </w:p>
    <w:p w14:paraId="3B4F8911" w14:textId="77777777" w:rsidR="00310CE3" w:rsidRPr="00F27B88" w:rsidRDefault="00310CE3" w:rsidP="00310CE3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ORCID: https://orcid.org/0000-0000-0000-0000</w:t>
      </w:r>
    </w:p>
    <w:p w14:paraId="754A1CDA" w14:textId="77777777" w:rsidR="00310CE3" w:rsidRPr="00F27B88" w:rsidRDefault="00310CE3" w:rsidP="00310CE3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Afiliación institucional: [institución y unidad, cuando corresponda]</w:t>
      </w:r>
    </w:p>
    <w:p w14:paraId="3741C292" w14:textId="6355E3E4" w:rsidR="00310CE3" w:rsidRPr="00F27B88" w:rsidRDefault="004E5ED6" w:rsidP="00310CE3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>
        <w:rPr>
          <w:rFonts w:ascii="Aptos" w:hAnsi="Aptos" w:cstheme="minorHAnsi"/>
          <w:sz w:val="16"/>
          <w:szCs w:val="16"/>
          <w:lang w:val="es-PY"/>
        </w:rPr>
        <w:t>P</w:t>
      </w:r>
      <w:r w:rsidR="00310CE3" w:rsidRPr="00F27B88">
        <w:rPr>
          <w:rFonts w:ascii="Aptos" w:hAnsi="Aptos" w:cstheme="minorHAnsi"/>
          <w:sz w:val="16"/>
          <w:szCs w:val="16"/>
          <w:lang w:val="es-PY"/>
        </w:rPr>
        <w:t>aís: [escriba aquí]</w:t>
      </w:r>
    </w:p>
    <w:p w14:paraId="3378261E" w14:textId="77777777" w:rsidR="0047188C" w:rsidRPr="00F27B88" w:rsidRDefault="0047188C" w:rsidP="0047188C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</w:p>
    <w:p w14:paraId="46FBFC7C" w14:textId="176FB4CF" w:rsidR="0047188C" w:rsidRPr="00F27B88" w:rsidRDefault="0047188C" w:rsidP="0047188C">
      <w:pPr>
        <w:spacing w:after="0" w:line="360" w:lineRule="auto"/>
        <w:jc w:val="right"/>
        <w:rPr>
          <w:rFonts w:ascii="Aptos" w:hAnsi="Aptos" w:cstheme="minorHAnsi"/>
          <w:b/>
          <w:bCs/>
          <w:sz w:val="16"/>
          <w:szCs w:val="16"/>
          <w:lang w:val="es-PY"/>
        </w:rPr>
      </w:pPr>
      <w:r w:rsidRPr="00F27B88">
        <w:rPr>
          <w:rFonts w:ascii="Aptos" w:hAnsi="Aptos" w:cstheme="minorHAnsi"/>
          <w:b/>
          <w:bCs/>
          <w:sz w:val="16"/>
          <w:szCs w:val="16"/>
          <w:lang w:val="es-PY"/>
        </w:rPr>
        <w:t>Nombre y apellidos: [escriba aquí]</w:t>
      </w:r>
    </w:p>
    <w:p w14:paraId="4C120D9E" w14:textId="77777777" w:rsidR="0047188C" w:rsidRPr="00F27B88" w:rsidRDefault="0047188C" w:rsidP="0047188C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Correo electrónico: [escriba aquí]</w:t>
      </w:r>
    </w:p>
    <w:p w14:paraId="6BA147CE" w14:textId="77777777" w:rsidR="0047188C" w:rsidRPr="00F27B88" w:rsidRDefault="0047188C" w:rsidP="0047188C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ORCID: https://orcid.org/0000-0000-0000-0000</w:t>
      </w:r>
    </w:p>
    <w:p w14:paraId="254C88C6" w14:textId="77777777" w:rsidR="0047188C" w:rsidRPr="00F27B88" w:rsidRDefault="0047188C" w:rsidP="0047188C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Afiliación institucional: [institución y unidad, cuando corresponda]</w:t>
      </w:r>
    </w:p>
    <w:p w14:paraId="0427CCCE" w14:textId="22EC981D" w:rsidR="0047188C" w:rsidRPr="00F27B88" w:rsidRDefault="004E5ED6" w:rsidP="0047188C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>
        <w:rPr>
          <w:rFonts w:ascii="Aptos" w:hAnsi="Aptos" w:cstheme="minorHAnsi"/>
          <w:sz w:val="16"/>
          <w:szCs w:val="16"/>
          <w:lang w:val="es-PY"/>
        </w:rPr>
        <w:t>P</w:t>
      </w:r>
      <w:r w:rsidR="0047188C" w:rsidRPr="00F27B88">
        <w:rPr>
          <w:rFonts w:ascii="Aptos" w:hAnsi="Aptos" w:cstheme="minorHAnsi"/>
          <w:sz w:val="16"/>
          <w:szCs w:val="16"/>
          <w:lang w:val="es-PY"/>
        </w:rPr>
        <w:t>aís: [escriba aquí]</w:t>
      </w:r>
    </w:p>
    <w:p w14:paraId="26EBEF3C" w14:textId="77777777" w:rsidR="0047188C" w:rsidRPr="00F27B88" w:rsidRDefault="0047188C" w:rsidP="0047188C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</w:p>
    <w:p w14:paraId="4445852C" w14:textId="77777777" w:rsidR="0047188C" w:rsidRPr="00F27B88" w:rsidRDefault="0047188C" w:rsidP="0047188C">
      <w:pPr>
        <w:spacing w:after="0" w:line="360" w:lineRule="auto"/>
        <w:jc w:val="right"/>
        <w:rPr>
          <w:rFonts w:ascii="Aptos" w:hAnsi="Aptos" w:cstheme="minorHAnsi"/>
          <w:b/>
          <w:bCs/>
          <w:sz w:val="16"/>
          <w:szCs w:val="16"/>
          <w:lang w:val="es-PY"/>
        </w:rPr>
      </w:pPr>
      <w:r w:rsidRPr="00F27B88">
        <w:rPr>
          <w:rFonts w:ascii="Aptos" w:hAnsi="Aptos" w:cstheme="minorHAnsi"/>
          <w:b/>
          <w:bCs/>
          <w:sz w:val="16"/>
          <w:szCs w:val="16"/>
          <w:lang w:val="es-PY"/>
        </w:rPr>
        <w:t>Nombre y apellidos: [escriba aquí]</w:t>
      </w:r>
    </w:p>
    <w:p w14:paraId="3A12C18D" w14:textId="77777777" w:rsidR="0047188C" w:rsidRPr="00F27B88" w:rsidRDefault="0047188C" w:rsidP="0047188C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Correo electrónico: [escriba aquí]</w:t>
      </w:r>
    </w:p>
    <w:p w14:paraId="7C980C85" w14:textId="77777777" w:rsidR="0047188C" w:rsidRPr="00F27B88" w:rsidRDefault="0047188C" w:rsidP="0047188C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ORCID: https://orcid.org/0000-0000-0000-0000</w:t>
      </w:r>
    </w:p>
    <w:p w14:paraId="70254366" w14:textId="77777777" w:rsidR="0047188C" w:rsidRPr="00F27B88" w:rsidRDefault="0047188C" w:rsidP="0047188C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 w:rsidRPr="00F27B88">
        <w:rPr>
          <w:rFonts w:ascii="Aptos" w:hAnsi="Aptos" w:cstheme="minorHAnsi"/>
          <w:sz w:val="16"/>
          <w:szCs w:val="16"/>
          <w:lang w:val="es-PY"/>
        </w:rPr>
        <w:t>Afiliación institucional: [institución y unidad, cuando corresponda]</w:t>
      </w:r>
    </w:p>
    <w:p w14:paraId="60978E46" w14:textId="71E7337A" w:rsidR="0047188C" w:rsidRPr="00F27B88" w:rsidRDefault="004E5ED6" w:rsidP="0047188C">
      <w:pPr>
        <w:spacing w:after="0" w:line="360" w:lineRule="auto"/>
        <w:jc w:val="right"/>
        <w:rPr>
          <w:rFonts w:ascii="Aptos" w:hAnsi="Aptos" w:cstheme="minorHAnsi"/>
          <w:sz w:val="16"/>
          <w:szCs w:val="16"/>
          <w:lang w:val="es-PY"/>
        </w:rPr>
      </w:pPr>
      <w:r>
        <w:rPr>
          <w:rFonts w:ascii="Aptos" w:hAnsi="Aptos" w:cstheme="minorHAnsi"/>
          <w:sz w:val="16"/>
          <w:szCs w:val="16"/>
          <w:lang w:val="es-PY"/>
        </w:rPr>
        <w:t>P</w:t>
      </w:r>
      <w:r w:rsidR="0047188C" w:rsidRPr="00F27B88">
        <w:rPr>
          <w:rFonts w:ascii="Aptos" w:hAnsi="Aptos" w:cstheme="minorHAnsi"/>
          <w:sz w:val="16"/>
          <w:szCs w:val="16"/>
          <w:lang w:val="es-PY"/>
        </w:rPr>
        <w:t>aís: [escriba aquí]</w:t>
      </w:r>
    </w:p>
    <w:p w14:paraId="4732DC3A" w14:textId="77777777" w:rsidR="00310CE3" w:rsidRPr="00F27B88" w:rsidRDefault="00310CE3" w:rsidP="0047188C">
      <w:pPr>
        <w:spacing w:after="0" w:line="360" w:lineRule="auto"/>
        <w:rPr>
          <w:rFonts w:ascii="Aptos" w:hAnsi="Aptos" w:cstheme="minorHAnsi"/>
          <w:lang w:val="es-PY"/>
        </w:rPr>
      </w:pPr>
    </w:p>
    <w:p w14:paraId="146775D1" w14:textId="536B82FD" w:rsidR="00592E2A" w:rsidRPr="00F27B88" w:rsidRDefault="0047188C" w:rsidP="00310CE3">
      <w:pPr>
        <w:pStyle w:val="Ttulo1"/>
        <w:spacing w:line="360" w:lineRule="auto"/>
        <w:jc w:val="both"/>
        <w:rPr>
          <w:rFonts w:ascii="Aptos" w:hAnsi="Aptos"/>
          <w:color w:val="7F7F7F" w:themeColor="text1" w:themeTint="80"/>
          <w:sz w:val="18"/>
          <w:szCs w:val="18"/>
          <w:lang w:val="es-ES_tradnl"/>
        </w:rPr>
      </w:pPr>
      <w:r w:rsidRPr="00F27B88">
        <w:rPr>
          <w:rFonts w:ascii="Aptos" w:hAnsi="Aptos"/>
          <w:color w:val="7F7F7F" w:themeColor="text1" w:themeTint="80"/>
          <w:sz w:val="18"/>
          <w:szCs w:val="18"/>
          <w:lang w:val="es-ES_tradnl"/>
        </w:rPr>
        <w:lastRenderedPageBreak/>
        <w:t>&gt;&gt;&gt;INFORMACIÓN DE LAS PERSONAS AUTORAS</w:t>
      </w:r>
    </w:p>
    <w:p w14:paraId="601F892C" w14:textId="2C15B4DC" w:rsidR="00305AF5" w:rsidRPr="00F27B88" w:rsidRDefault="00305AF5" w:rsidP="00310CE3">
      <w:pPr>
        <w:spacing w:line="360" w:lineRule="auto"/>
        <w:jc w:val="both"/>
        <w:rPr>
          <w:rFonts w:ascii="Aptos" w:hAnsi="Aptos"/>
          <w:color w:val="7F7F7F" w:themeColor="text1" w:themeTint="80"/>
          <w:sz w:val="18"/>
          <w:szCs w:val="18"/>
          <w:lang w:val="es-ES_tradnl"/>
        </w:rPr>
      </w:pPr>
      <w:r w:rsidRPr="00F27B88">
        <w:rPr>
          <w:rFonts w:ascii="Aptos" w:hAnsi="Aptos"/>
          <w:color w:val="7F7F7F" w:themeColor="text1" w:themeTint="80"/>
          <w:sz w:val="18"/>
          <w:szCs w:val="18"/>
          <w:lang w:val="es-ES_tradnl"/>
        </w:rPr>
        <w:t xml:space="preserve">El artículo podrá registrar hasta un máximo de </w:t>
      </w:r>
      <w:r w:rsidR="00221196" w:rsidRPr="00F27B88">
        <w:rPr>
          <w:rFonts w:ascii="Aptos" w:hAnsi="Aptos"/>
          <w:color w:val="7F7F7F" w:themeColor="text1" w:themeTint="80"/>
          <w:sz w:val="18"/>
          <w:szCs w:val="18"/>
          <w:lang w:val="es-ES_tradnl"/>
        </w:rPr>
        <w:t>cuatro</w:t>
      </w:r>
      <w:r w:rsidRPr="00F27B88">
        <w:rPr>
          <w:rFonts w:ascii="Aptos" w:hAnsi="Aptos"/>
          <w:color w:val="7F7F7F" w:themeColor="text1" w:themeTint="80"/>
          <w:sz w:val="18"/>
          <w:szCs w:val="18"/>
          <w:lang w:val="es-ES_tradnl"/>
        </w:rPr>
        <w:t xml:space="preserve"> personas autoras. Para cada persona autora deberá indicarse el nombre y apellidos completos, correo electrónico, código ORCID, afiliación institucional, ciudad y país. No incluya títulos académicos, grados ni cargos laborales junto al nombre. La afiliación debe consignar el nombre completo de la institución y, cuando corresponda, la unidad académica o administrativa. Si una persona no posee afiliación institucional, podrá indicarse su condición de investigador/a independiente.</w:t>
      </w:r>
    </w:p>
    <w:p w14:paraId="4ED56CB3" w14:textId="604582BE" w:rsidR="00DE4CBF" w:rsidRPr="00F27B88" w:rsidRDefault="00305AF5" w:rsidP="0047188C">
      <w:pPr>
        <w:spacing w:line="360" w:lineRule="auto"/>
        <w:jc w:val="both"/>
        <w:rPr>
          <w:rFonts w:ascii="Aptos" w:hAnsi="Aptos"/>
          <w:color w:val="7F7F7F" w:themeColor="text1" w:themeTint="80"/>
          <w:sz w:val="18"/>
          <w:szCs w:val="18"/>
          <w:lang w:val="es-ES_tradnl"/>
        </w:rPr>
      </w:pPr>
      <w:r w:rsidRPr="00F27B88">
        <w:rPr>
          <w:rFonts w:ascii="Aptos" w:hAnsi="Aptos"/>
          <w:color w:val="7F7F7F" w:themeColor="text1" w:themeTint="80"/>
          <w:sz w:val="18"/>
          <w:szCs w:val="18"/>
          <w:lang w:val="es-ES_tradnl"/>
        </w:rPr>
        <w:t>El orden de las personas autoras deberá ser acordado por quienes participaron en el trabajo y deberá reflejar adecuadamente su participación. Asimismo, deberá identificarse a la persona autora de correspondencia, responsable de la comunicación con la revista durante el proceso editorial.</w:t>
      </w:r>
      <w:r w:rsidR="0047188C" w:rsidRPr="00F27B88">
        <w:rPr>
          <w:rFonts w:ascii="Aptos" w:hAnsi="Aptos"/>
          <w:color w:val="7F7F7F" w:themeColor="text1" w:themeTint="80"/>
          <w:sz w:val="18"/>
          <w:szCs w:val="18"/>
          <w:lang w:val="es-ES_tradnl"/>
        </w:rPr>
        <w:t xml:space="preserve"> </w:t>
      </w:r>
    </w:p>
    <w:p w14:paraId="6CB7EB1D" w14:textId="77777777" w:rsidR="00592E2A" w:rsidRPr="00F27B88" w:rsidRDefault="00000000" w:rsidP="00310CE3">
      <w:pPr>
        <w:pStyle w:val="Ttulo1"/>
        <w:spacing w:line="360" w:lineRule="auto"/>
        <w:jc w:val="both"/>
        <w:rPr>
          <w:rFonts w:ascii="Aptos" w:hAnsi="Aptos"/>
          <w:sz w:val="22"/>
          <w:szCs w:val="22"/>
          <w:lang w:val="es-ES_tradnl"/>
        </w:rPr>
      </w:pPr>
      <w:r w:rsidRPr="00F27B88">
        <w:rPr>
          <w:rFonts w:ascii="Aptos" w:hAnsi="Aptos"/>
          <w:sz w:val="22"/>
          <w:szCs w:val="22"/>
          <w:lang w:val="es-ES_tradnl"/>
        </w:rPr>
        <w:t>RESUMEN</w:t>
      </w:r>
    </w:p>
    <w:p w14:paraId="66C39A70" w14:textId="4A2EDEB4" w:rsidR="00305AF5" w:rsidRPr="00F27B88" w:rsidRDefault="00305AF5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 xml:space="preserve">El resumen debe presentar de manera </w:t>
      </w:r>
      <w:r w:rsidR="0047188C" w:rsidRPr="00F27B88">
        <w:rPr>
          <w:rFonts w:ascii="Aptos" w:hAnsi="Aptos"/>
          <w:lang w:val="es-ES_tradnl"/>
        </w:rPr>
        <w:t>concisa</w:t>
      </w:r>
      <w:r w:rsidRPr="00F27B88">
        <w:rPr>
          <w:rFonts w:ascii="Aptos" w:hAnsi="Aptos"/>
          <w:lang w:val="es-ES_tradnl"/>
        </w:rPr>
        <w:t xml:space="preserve"> los aspectos esenciales de la investigación. Deberá redactarse en un solo párrafo y no superar las 250 palabras. Debe incluir el objetivo del trabajo, los principales elementos de la metodología empleada, los resultados o hallazgos más relevantes y la conclusión principal. Evite incorporar citas bibliográficas, tablas, figuras, notas al pie, abreviaturas innecesarias o información que no se desarrolle posteriormente en el artículo. </w:t>
      </w:r>
    </w:p>
    <w:p w14:paraId="7908B1E5" w14:textId="77777777" w:rsidR="00A62A8F" w:rsidRPr="00F27B88" w:rsidRDefault="00A62A8F" w:rsidP="00310CE3">
      <w:pPr>
        <w:spacing w:line="360" w:lineRule="auto"/>
        <w:jc w:val="both"/>
        <w:rPr>
          <w:rFonts w:ascii="Aptos" w:hAnsi="Aptos"/>
          <w:iCs/>
          <w:lang w:val="es-ES_tradnl"/>
        </w:rPr>
      </w:pPr>
      <w:r w:rsidRPr="00F27B88">
        <w:rPr>
          <w:rFonts w:ascii="Aptos" w:hAnsi="Aptos"/>
          <w:iCs/>
          <w:lang w:val="es-ES_tradnl"/>
        </w:rPr>
        <w:t>[Escriba aquí el resumen — máximo 250 palabras]</w:t>
      </w:r>
    </w:p>
    <w:p w14:paraId="5D9D9E05" w14:textId="72FF1F4C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i/>
          <w:iCs/>
          <w:lang w:val="es-ES_tradnl"/>
        </w:rPr>
        <w:t xml:space="preserve">Palabras clave: incluya </w:t>
      </w:r>
      <w:r w:rsidR="0047188C" w:rsidRPr="00F27B88">
        <w:rPr>
          <w:rFonts w:ascii="Aptos" w:hAnsi="Aptos"/>
          <w:i/>
          <w:iCs/>
          <w:lang w:val="es-ES_tradnl"/>
        </w:rPr>
        <w:t>mínimo</w:t>
      </w:r>
      <w:r w:rsidRPr="00F27B88">
        <w:rPr>
          <w:rFonts w:ascii="Aptos" w:hAnsi="Aptos"/>
          <w:i/>
          <w:iCs/>
          <w:lang w:val="es-ES_tradnl"/>
        </w:rPr>
        <w:t xml:space="preserve"> cinco términos que representen los conceptos centrales del artículo, separados por punto y coma</w:t>
      </w:r>
      <w:r w:rsidRPr="00F27B88">
        <w:rPr>
          <w:rFonts w:ascii="Aptos" w:hAnsi="Aptos"/>
          <w:lang w:val="es-ES_tradnl"/>
        </w:rPr>
        <w:t>.</w:t>
      </w:r>
    </w:p>
    <w:p w14:paraId="7675F95C" w14:textId="77777777" w:rsidR="0047188C" w:rsidRPr="00F27B88" w:rsidRDefault="0047188C">
      <w:pPr>
        <w:spacing w:after="200"/>
        <w:rPr>
          <w:rFonts w:ascii="Aptos" w:eastAsiaTheme="majorEastAsia" w:hAnsi="Aptos" w:cstheme="majorBidi"/>
          <w:b/>
          <w:bCs/>
          <w:color w:val="365F91" w:themeColor="accent1" w:themeShade="BF"/>
          <w:lang w:val="es-ES_tradnl"/>
        </w:rPr>
      </w:pPr>
      <w:r w:rsidRPr="00F27B88">
        <w:rPr>
          <w:rFonts w:ascii="Aptos" w:hAnsi="Aptos"/>
          <w:lang w:val="es-ES_tradnl"/>
        </w:rPr>
        <w:br w:type="page"/>
      </w:r>
    </w:p>
    <w:p w14:paraId="3FCF4577" w14:textId="77777777" w:rsidR="0047188C" w:rsidRPr="00F27B88" w:rsidRDefault="0047188C" w:rsidP="00310CE3">
      <w:pPr>
        <w:pStyle w:val="Ttulo1"/>
        <w:spacing w:line="360" w:lineRule="auto"/>
        <w:jc w:val="both"/>
        <w:rPr>
          <w:rFonts w:ascii="Aptos" w:hAnsi="Aptos"/>
          <w:szCs w:val="24"/>
          <w:lang w:val="es-ES_tradnl"/>
        </w:rPr>
      </w:pPr>
    </w:p>
    <w:p w14:paraId="1D112D65" w14:textId="77777777" w:rsidR="0047188C" w:rsidRPr="00F27B88" w:rsidRDefault="0047188C" w:rsidP="00310CE3">
      <w:pPr>
        <w:pStyle w:val="Ttulo1"/>
        <w:spacing w:line="360" w:lineRule="auto"/>
        <w:jc w:val="both"/>
        <w:rPr>
          <w:rFonts w:ascii="Aptos" w:hAnsi="Aptos"/>
          <w:szCs w:val="24"/>
          <w:lang w:val="es-ES_tradnl"/>
        </w:rPr>
      </w:pPr>
    </w:p>
    <w:p w14:paraId="4EB92450" w14:textId="0DA8BAC1" w:rsidR="00592E2A" w:rsidRPr="00F27B88" w:rsidRDefault="00000000" w:rsidP="00310CE3">
      <w:pPr>
        <w:pStyle w:val="Ttulo1"/>
        <w:spacing w:line="360" w:lineRule="auto"/>
        <w:jc w:val="both"/>
        <w:rPr>
          <w:rFonts w:ascii="Aptos" w:hAnsi="Aptos"/>
          <w:sz w:val="22"/>
          <w:szCs w:val="22"/>
          <w:lang w:val="es-ES_tradnl"/>
        </w:rPr>
      </w:pPr>
      <w:r w:rsidRPr="00F27B88">
        <w:rPr>
          <w:rFonts w:ascii="Aptos" w:hAnsi="Aptos"/>
          <w:sz w:val="22"/>
          <w:szCs w:val="22"/>
          <w:lang w:val="es-ES_tradnl"/>
        </w:rPr>
        <w:t>ABSTRACT</w:t>
      </w:r>
    </w:p>
    <w:p w14:paraId="2FB2EE46" w14:textId="77777777" w:rsidR="00F33463" w:rsidRPr="00F27B88" w:rsidRDefault="00F33463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 xml:space="preserve">El </w:t>
      </w:r>
      <w:proofErr w:type="spellStart"/>
      <w:r w:rsidRPr="00F27B88">
        <w:rPr>
          <w:rFonts w:ascii="Aptos" w:hAnsi="Aptos"/>
          <w:lang w:val="es-ES_tradnl"/>
        </w:rPr>
        <w:t>abstract</w:t>
      </w:r>
      <w:proofErr w:type="spellEnd"/>
      <w:r w:rsidRPr="00F27B88">
        <w:rPr>
          <w:rFonts w:ascii="Aptos" w:hAnsi="Aptos"/>
          <w:lang w:val="es-ES_tradnl"/>
        </w:rPr>
        <w:t xml:space="preserve"> corresponde a la versión en inglés del resumen. Debe conservar el mismo contenido, sentido y alcance del texto presentado en español, utilizando terminología académica adecuada, y no deberá superar las 250 palabras. </w:t>
      </w:r>
    </w:p>
    <w:p w14:paraId="7E6BCBC4" w14:textId="72F66416" w:rsidR="00592E2A" w:rsidRPr="00F27B88" w:rsidRDefault="00592E2A" w:rsidP="00310CE3">
      <w:pPr>
        <w:spacing w:line="360" w:lineRule="auto"/>
        <w:jc w:val="both"/>
        <w:rPr>
          <w:rFonts w:ascii="Aptos" w:hAnsi="Aptos"/>
          <w:lang w:val="es-ES_tradnl"/>
        </w:rPr>
      </w:pPr>
    </w:p>
    <w:p w14:paraId="08752454" w14:textId="53140ED6" w:rsidR="00592E2A" w:rsidRPr="00F27B88" w:rsidRDefault="00000000" w:rsidP="00310CE3">
      <w:pPr>
        <w:spacing w:line="360" w:lineRule="auto"/>
        <w:jc w:val="both"/>
        <w:rPr>
          <w:rFonts w:ascii="Aptos" w:hAnsi="Aptos"/>
          <w:i/>
          <w:iCs/>
          <w:lang w:val="es-ES_tradnl"/>
        </w:rPr>
      </w:pPr>
      <w:proofErr w:type="spellStart"/>
      <w:r w:rsidRPr="00F27B88">
        <w:rPr>
          <w:rFonts w:ascii="Aptos" w:hAnsi="Aptos"/>
          <w:i/>
          <w:iCs/>
          <w:lang w:val="es-ES_tradnl"/>
        </w:rPr>
        <w:t>Keywords</w:t>
      </w:r>
      <w:proofErr w:type="spellEnd"/>
      <w:r w:rsidRPr="00F27B88">
        <w:rPr>
          <w:rFonts w:ascii="Aptos" w:hAnsi="Aptos"/>
          <w:i/>
          <w:iCs/>
          <w:lang w:val="es-ES_tradnl"/>
        </w:rPr>
        <w:t xml:space="preserve">: </w:t>
      </w:r>
      <w:proofErr w:type="spellStart"/>
      <w:r w:rsidRPr="00F27B88">
        <w:rPr>
          <w:rFonts w:ascii="Aptos" w:hAnsi="Aptos"/>
          <w:i/>
          <w:iCs/>
          <w:lang w:val="es-ES_tradnl"/>
        </w:rPr>
        <w:t>include</w:t>
      </w:r>
      <w:proofErr w:type="spellEnd"/>
      <w:r w:rsidRPr="00F27B88">
        <w:rPr>
          <w:rFonts w:ascii="Aptos" w:hAnsi="Aptos"/>
          <w:i/>
          <w:iCs/>
          <w:lang w:val="es-ES_tradnl"/>
        </w:rPr>
        <w:t xml:space="preserve"> </w:t>
      </w:r>
      <w:proofErr w:type="spellStart"/>
      <w:r w:rsidRPr="00F27B88">
        <w:rPr>
          <w:rFonts w:ascii="Aptos" w:hAnsi="Aptos"/>
          <w:i/>
          <w:iCs/>
          <w:lang w:val="es-ES_tradnl"/>
        </w:rPr>
        <w:t>five</w:t>
      </w:r>
      <w:proofErr w:type="spellEnd"/>
      <w:r w:rsidRPr="00F27B88">
        <w:rPr>
          <w:rFonts w:ascii="Aptos" w:hAnsi="Aptos"/>
          <w:i/>
          <w:iCs/>
          <w:lang w:val="es-ES_tradnl"/>
        </w:rPr>
        <w:t xml:space="preserve"> </w:t>
      </w:r>
      <w:proofErr w:type="spellStart"/>
      <w:r w:rsidRPr="00F27B88">
        <w:rPr>
          <w:rFonts w:ascii="Aptos" w:hAnsi="Aptos"/>
          <w:i/>
          <w:iCs/>
          <w:lang w:val="es-ES_tradnl"/>
        </w:rPr>
        <w:t>terms</w:t>
      </w:r>
      <w:proofErr w:type="spellEnd"/>
      <w:r w:rsidRPr="00F27B88">
        <w:rPr>
          <w:rFonts w:ascii="Aptos" w:hAnsi="Aptos"/>
          <w:i/>
          <w:iCs/>
          <w:lang w:val="es-ES_tradnl"/>
        </w:rPr>
        <w:t xml:space="preserve"> </w:t>
      </w:r>
      <w:proofErr w:type="spellStart"/>
      <w:r w:rsidRPr="00F27B88">
        <w:rPr>
          <w:rFonts w:ascii="Aptos" w:hAnsi="Aptos"/>
          <w:i/>
          <w:iCs/>
          <w:lang w:val="es-ES_tradnl"/>
        </w:rPr>
        <w:t>separated</w:t>
      </w:r>
      <w:proofErr w:type="spellEnd"/>
      <w:r w:rsidRPr="00F27B88">
        <w:rPr>
          <w:rFonts w:ascii="Aptos" w:hAnsi="Aptos"/>
          <w:i/>
          <w:iCs/>
          <w:lang w:val="es-ES_tradnl"/>
        </w:rPr>
        <w:t xml:space="preserve"> </w:t>
      </w:r>
      <w:proofErr w:type="spellStart"/>
      <w:r w:rsidRPr="00F27B88">
        <w:rPr>
          <w:rFonts w:ascii="Aptos" w:hAnsi="Aptos"/>
          <w:i/>
          <w:iCs/>
          <w:lang w:val="es-ES_tradnl"/>
        </w:rPr>
        <w:t>by</w:t>
      </w:r>
      <w:proofErr w:type="spellEnd"/>
      <w:r w:rsidRPr="00F27B88">
        <w:rPr>
          <w:rFonts w:ascii="Aptos" w:hAnsi="Aptos"/>
          <w:i/>
          <w:iCs/>
          <w:lang w:val="es-ES_tradnl"/>
        </w:rPr>
        <w:t xml:space="preserve"> </w:t>
      </w:r>
      <w:proofErr w:type="spellStart"/>
      <w:r w:rsidRPr="00F27B88">
        <w:rPr>
          <w:rFonts w:ascii="Aptos" w:hAnsi="Aptos"/>
          <w:i/>
          <w:iCs/>
          <w:lang w:val="es-ES_tradnl"/>
        </w:rPr>
        <w:t>semicolons</w:t>
      </w:r>
      <w:proofErr w:type="spellEnd"/>
      <w:r w:rsidRPr="00F27B88">
        <w:rPr>
          <w:rFonts w:ascii="Aptos" w:hAnsi="Aptos"/>
          <w:i/>
          <w:iCs/>
          <w:lang w:val="es-ES_tradnl"/>
        </w:rPr>
        <w:t>.</w:t>
      </w:r>
    </w:p>
    <w:p w14:paraId="0AC10C4B" w14:textId="77777777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</w:p>
    <w:p w14:paraId="6BA14A1C" w14:textId="77777777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</w:p>
    <w:p w14:paraId="472B6E25" w14:textId="77777777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</w:p>
    <w:p w14:paraId="2EA94F9D" w14:textId="77777777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</w:p>
    <w:p w14:paraId="70B0AC80" w14:textId="77777777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</w:p>
    <w:p w14:paraId="7A8AAB1F" w14:textId="77777777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</w:p>
    <w:p w14:paraId="378FE428" w14:textId="77777777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</w:p>
    <w:p w14:paraId="35CA193E" w14:textId="77777777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</w:p>
    <w:p w14:paraId="5224DC04" w14:textId="77777777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</w:p>
    <w:p w14:paraId="4AE789B2" w14:textId="77777777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</w:p>
    <w:p w14:paraId="7CDD2C55" w14:textId="2F293D01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  <w:r w:rsidRPr="00F27B88">
        <w:rPr>
          <w:rFonts w:ascii="Aptos" w:eastAsia="Arial" w:hAnsi="Aptos" w:cs="Times New Roman"/>
          <w:i/>
          <w:noProof/>
          <w:lang w:val="es-MX" w:eastAsia="es-EC"/>
        </w:rPr>
        <w:t>Artículo recibido 14 agosto 2026</w:t>
      </w:r>
    </w:p>
    <w:p w14:paraId="4BFAABD2" w14:textId="6D693410" w:rsidR="0047188C" w:rsidRPr="00F27B88" w:rsidRDefault="0047188C" w:rsidP="00471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ptos" w:eastAsia="Arial" w:hAnsi="Aptos" w:cs="Times New Roman"/>
          <w:i/>
          <w:noProof/>
          <w:lang w:val="es-MX" w:eastAsia="es-EC"/>
        </w:rPr>
      </w:pPr>
      <w:r w:rsidRPr="00F27B88">
        <w:rPr>
          <w:rFonts w:ascii="Aptos" w:eastAsia="Arial" w:hAnsi="Aptos" w:cs="Times New Roman"/>
          <w:i/>
          <w:noProof/>
          <w:lang w:val="es-MX" w:eastAsia="es-EC"/>
        </w:rPr>
        <w:t>Aceptado para publicación: 31 agosto 2026</w:t>
      </w:r>
    </w:p>
    <w:p w14:paraId="1FE748C1" w14:textId="6A9E6330" w:rsidR="0047188C" w:rsidRPr="00F27B88" w:rsidRDefault="0047188C">
      <w:pPr>
        <w:spacing w:after="200"/>
        <w:rPr>
          <w:rFonts w:ascii="Aptos" w:eastAsiaTheme="majorEastAsia" w:hAnsi="Aptos" w:cstheme="majorBidi"/>
          <w:b/>
          <w:bCs/>
          <w:color w:val="365F91" w:themeColor="accent1" w:themeShade="BF"/>
          <w:lang w:val="es-ES_tradnl"/>
        </w:rPr>
      </w:pPr>
    </w:p>
    <w:p w14:paraId="428FC725" w14:textId="77777777" w:rsidR="0047188C" w:rsidRPr="00F27B88" w:rsidRDefault="0047188C">
      <w:pPr>
        <w:spacing w:after="200"/>
        <w:rPr>
          <w:rFonts w:ascii="Aptos" w:eastAsiaTheme="majorEastAsia" w:hAnsi="Aptos" w:cstheme="majorBidi"/>
          <w:b/>
          <w:bCs/>
          <w:color w:val="365F91" w:themeColor="accent1" w:themeShade="BF"/>
          <w:lang w:val="es-ES_tradnl"/>
        </w:rPr>
      </w:pPr>
      <w:r w:rsidRPr="00F27B88">
        <w:rPr>
          <w:rFonts w:ascii="Aptos" w:hAnsi="Aptos"/>
          <w:lang w:val="es-ES_tradnl"/>
        </w:rPr>
        <w:br w:type="page"/>
      </w:r>
    </w:p>
    <w:p w14:paraId="10FF633D" w14:textId="3173CD17" w:rsidR="00592E2A" w:rsidRPr="00F27B88" w:rsidRDefault="00000000" w:rsidP="00310CE3">
      <w:pPr>
        <w:pStyle w:val="Ttulo1"/>
        <w:spacing w:line="360" w:lineRule="auto"/>
        <w:jc w:val="both"/>
        <w:rPr>
          <w:rFonts w:ascii="Aptos" w:hAnsi="Aptos"/>
          <w:sz w:val="22"/>
          <w:szCs w:val="22"/>
          <w:lang w:val="es-ES_tradnl"/>
        </w:rPr>
      </w:pPr>
      <w:r w:rsidRPr="00F27B88">
        <w:rPr>
          <w:rFonts w:ascii="Aptos" w:hAnsi="Aptos"/>
          <w:sz w:val="22"/>
          <w:szCs w:val="22"/>
          <w:lang w:val="es-ES_tradnl"/>
        </w:rPr>
        <w:lastRenderedPageBreak/>
        <w:t>INTRODUCCIÓN</w:t>
      </w:r>
    </w:p>
    <w:p w14:paraId="308EE1E5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La introducción tiene como propósito presentar al lector el tema de investigación y proporcionar los elementos necesarios para comprender el problema estudiado, su relevancia y el propósito del trabajo. Debe avanzar de manera lógica desde la contextualización del tema hasta la formulación del objetivo de la investigación.</w:t>
      </w:r>
    </w:p>
    <w:p w14:paraId="747CD3A6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Para orientar su elaboración, considere las siguientes preguntas: ¿Cuál es el tema que aborda el artículo? ¿Cuál es el problema o vacío de conocimiento que se pretende atender? ¿Por qué es importante estudiar este problema? ¿Qué antecedentes relevantes existen? ¿Qué conceptos, enfoques o fundamentos teóricos son necesarios para comprender el estudio? ¿Qué aporta esta investigación respecto de lo que ya se conoce? ¿En qué contexto se desarrolla?</w:t>
      </w:r>
    </w:p>
    <w:p w14:paraId="73D06FC0" w14:textId="77777777" w:rsidR="00592E2A" w:rsidRPr="00F27B88" w:rsidRDefault="00F33463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Los antecedentes deben seleccionarse por su relación directa con el problema y contribuir a mostrar el estado actual del conocimiento. Se recomienda priorizar literatura científica pertinente, actualizada y procedente de fuentes académicas confiables, sin excluir trabajos clásicos o fundamentales cuando sean necesarios para sustentar teórica o conceptualmente la investigación. Evite convertir la introducción en una acumulación de citas sin conexión argumentativa.</w:t>
      </w:r>
    </w:p>
    <w:p w14:paraId="1E5C20E6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Para cerrar la introducción, indique con claridad el objetivo general del estudio y, cuando corresponda, las preguntas de investigación o hipótesis.</w:t>
      </w:r>
    </w:p>
    <w:p w14:paraId="35C700BC" w14:textId="77777777" w:rsidR="00592E2A" w:rsidRPr="00F27B88" w:rsidRDefault="00000000" w:rsidP="00310CE3">
      <w:pPr>
        <w:pStyle w:val="Ttulo1"/>
        <w:spacing w:line="360" w:lineRule="auto"/>
        <w:jc w:val="both"/>
        <w:rPr>
          <w:rFonts w:ascii="Aptos" w:hAnsi="Aptos"/>
          <w:sz w:val="22"/>
          <w:szCs w:val="22"/>
          <w:lang w:val="es-ES_tradnl"/>
        </w:rPr>
      </w:pPr>
      <w:r w:rsidRPr="00F27B88">
        <w:rPr>
          <w:rFonts w:ascii="Aptos" w:hAnsi="Aptos"/>
          <w:sz w:val="22"/>
          <w:szCs w:val="22"/>
          <w:lang w:val="es-ES_tradnl"/>
        </w:rPr>
        <w:t>METODOLOGÍA</w:t>
      </w:r>
    </w:p>
    <w:p w14:paraId="2E73F7C0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En este apartado se debe describir de manera clara cómo se desarrolló la investigación, de modo que el lector pueda comprender el procedimiento empleado y valorar su coherencia y rigor. La información específica dependerá del enfoque y del diseño del estudio.</w:t>
      </w:r>
    </w:p>
    <w:p w14:paraId="31F45738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Indique, según corresponda, el enfoque de investigación —cuantitativo, cualitativo, mixto u otro—, el tipo y diseño del estudio, el contexto en el que se realizó, la población, participantes, informantes o unidades de análisis, así como la muestra y el procedimiento de selección utilizado.</w:t>
      </w:r>
    </w:p>
    <w:p w14:paraId="05C2CA5A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 xml:space="preserve">Describa las técnicas de recolección o producción de datos y los instrumentos empleados. Explique el procedimiento seguido para obtener la información y la estrategia utilizada para analizar los datos. Cuando corresponda, informe los criterios de inclusión y exclusión, los </w:t>
      </w:r>
      <w:r w:rsidRPr="00F27B88">
        <w:rPr>
          <w:rFonts w:ascii="Aptos" w:hAnsi="Aptos"/>
          <w:lang w:val="es-ES_tradnl"/>
        </w:rPr>
        <w:lastRenderedPageBreak/>
        <w:t>procedimientos de validez, confiabilidad o rigor metodológico y las consideraciones éticas aplicadas al estudio.</w:t>
      </w:r>
    </w:p>
    <w:p w14:paraId="1CD98B5B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La descripción metodológica debe contener la información necesaria para comprender cómo se obtuvieron los resultados presentados y, cuando la naturaleza del estudio lo permita, favorecer la reproducibilidad de los procedimientos.</w:t>
      </w:r>
    </w:p>
    <w:p w14:paraId="60C3DF6C" w14:textId="77777777" w:rsidR="000929E0" w:rsidRPr="00F27B88" w:rsidRDefault="000929E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Cuando la investigación involucre personas, animales, información sensible u otros aspectos sujetos a evaluación ética, deberá indicarse, según corresponda, la aprobación del comité de ética competente, el código o número de aprobación, la aplicación del consentimiento informado y las medidas adoptadas para garantizar la confidencialidad y protección de los datos.</w:t>
      </w:r>
    </w:p>
    <w:p w14:paraId="3EC2F402" w14:textId="77777777" w:rsidR="00592E2A" w:rsidRPr="00F27B88" w:rsidRDefault="00000000" w:rsidP="00310CE3">
      <w:pPr>
        <w:pStyle w:val="Ttulo1"/>
        <w:spacing w:line="360" w:lineRule="auto"/>
        <w:jc w:val="both"/>
        <w:rPr>
          <w:rFonts w:ascii="Aptos" w:hAnsi="Aptos"/>
          <w:sz w:val="22"/>
          <w:szCs w:val="22"/>
          <w:lang w:val="es-ES_tradnl"/>
        </w:rPr>
      </w:pPr>
      <w:r w:rsidRPr="00F27B88">
        <w:rPr>
          <w:rFonts w:ascii="Aptos" w:hAnsi="Aptos"/>
          <w:sz w:val="22"/>
          <w:szCs w:val="22"/>
          <w:lang w:val="es-ES_tradnl"/>
        </w:rPr>
        <w:t>RESULTADOS Y DISCUSIÓN</w:t>
      </w:r>
    </w:p>
    <w:p w14:paraId="5817CA0A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En este apartado se presentan los principales hallazgos obtenidos y se analiza su significado en relación con los objetivos de la investigación, los fundamentos teóricos y los antecedentes consultados. Los resultados deben exponerse de manera objetiva, clara y siguiendo un orden lógico.</w:t>
      </w:r>
    </w:p>
    <w:p w14:paraId="23AECF41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Evite presentar un mismo dato de forma repetitiva en texto, tabla y figura. Cuando utilice tablas o figuras, el texto debe destacar únicamente los hallazgos necesarios para orientar su interpretación.</w:t>
      </w:r>
    </w:p>
    <w:p w14:paraId="0451C07E" w14:textId="77777777" w:rsidR="00EF435D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La discusión debe ir más allá de repetir los resultados. Analice qué significan los hallazgos, cómo se relacionan con investigaciones anteriores, qué coincidencias o diferencias se observan y cuáles podrían ser sus explicaciones. Señale los aportes del estudio y, cuando resulte pertinente, sus implicaciones teóricas o prácticas.</w:t>
      </w:r>
    </w:p>
    <w:p w14:paraId="4F524703" w14:textId="77777777" w:rsidR="00592E2A" w:rsidRPr="00F27B88" w:rsidRDefault="00EF435D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Las afirmaciones realizadas en la discusión deberán sustentarse en los resultados obtenidos y, cuando se contrasten con otros estudios, las fuentes utilizadas deberán incorporarse correctamente en la lista de referencias.</w:t>
      </w:r>
    </w:p>
    <w:p w14:paraId="227B227F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Cuando existan limitaciones que condicionen la interpretación o el alcance de los resultados, deberán reconocerse de manera clara dentro de la discusión.</w:t>
      </w:r>
    </w:p>
    <w:p w14:paraId="067F5F54" w14:textId="77777777" w:rsidR="00592E2A" w:rsidRPr="00F27B88" w:rsidRDefault="00000000" w:rsidP="00310CE3">
      <w:pPr>
        <w:pStyle w:val="Ttulo1"/>
        <w:spacing w:line="360" w:lineRule="auto"/>
        <w:jc w:val="both"/>
        <w:rPr>
          <w:rFonts w:ascii="Aptos" w:hAnsi="Aptos"/>
          <w:sz w:val="22"/>
          <w:szCs w:val="22"/>
          <w:lang w:val="es-ES_tradnl"/>
        </w:rPr>
      </w:pPr>
      <w:r w:rsidRPr="00F27B88">
        <w:rPr>
          <w:rFonts w:ascii="Aptos" w:hAnsi="Aptos"/>
          <w:sz w:val="22"/>
          <w:szCs w:val="22"/>
          <w:lang w:val="es-ES_tradnl"/>
        </w:rPr>
        <w:lastRenderedPageBreak/>
        <w:t>ILUSTRACIONES, TABLAS Y FIGURAS</w:t>
      </w:r>
    </w:p>
    <w:p w14:paraId="5F78CFD6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Las tablas, figuras, gráficos, diagramas, fotografías, mapas u otras ilustraciones deberán numerarse de forma correlativa y mencionarse en el cuerpo del artículo. Cada elemento debe incluir un título claro y, cuando sea necesario, notas o leyendas que permitan comprender símbolos, abreviaturas, unidades de medida o fuentes.</w:t>
      </w:r>
    </w:p>
    <w:p w14:paraId="38CA3908" w14:textId="77777777" w:rsidR="007B1465" w:rsidRPr="00F27B88" w:rsidRDefault="007B1465" w:rsidP="00310CE3">
      <w:pPr>
        <w:pStyle w:val="Ttulo1"/>
        <w:spacing w:line="360" w:lineRule="auto"/>
        <w:jc w:val="both"/>
        <w:rPr>
          <w:rFonts w:ascii="Aptos" w:eastAsiaTheme="minorEastAsia" w:hAnsi="Aptos" w:cstheme="minorBidi"/>
          <w:b w:val="0"/>
          <w:bCs w:val="0"/>
          <w:color w:val="auto"/>
          <w:sz w:val="22"/>
          <w:szCs w:val="22"/>
          <w:lang w:val="es-ES_tradnl"/>
        </w:rPr>
      </w:pPr>
      <w:r w:rsidRPr="00F27B88">
        <w:rPr>
          <w:rFonts w:ascii="Aptos" w:eastAsiaTheme="minorEastAsia" w:hAnsi="Aptos" w:cstheme="minorBidi"/>
          <w:b w:val="0"/>
          <w:bCs w:val="0"/>
          <w:color w:val="auto"/>
          <w:sz w:val="22"/>
          <w:szCs w:val="22"/>
          <w:lang w:val="es-ES_tradnl"/>
        </w:rPr>
        <w:t>En las tablas, cada columna deberá contar con un encabezado que identifique claramente la información presentada y las unidades de medida cuando correspondan. Las figuras deberán presentar calidad suficiente para su reproducción editorial y sus textos internos deberán ser legibles. Si un elemento ha sido reproducido o adaptado de otra fuente, deberá realizarse la atribución correspondiente y gestionarse cualquier permiso que resulte necesario. Las tablas y figuras deberán incorporarse en el lugar correspondiente dentro del manuscrito. La revista podrá solicitar los archivos originales o editables durante el proceso de edición.</w:t>
      </w:r>
    </w:p>
    <w:p w14:paraId="40FABE26" w14:textId="77777777" w:rsidR="00592E2A" w:rsidRPr="00F27B88" w:rsidRDefault="00000000" w:rsidP="00310CE3">
      <w:pPr>
        <w:pStyle w:val="Ttulo1"/>
        <w:spacing w:line="360" w:lineRule="auto"/>
        <w:jc w:val="both"/>
        <w:rPr>
          <w:rFonts w:ascii="Aptos" w:hAnsi="Aptos"/>
          <w:sz w:val="22"/>
          <w:szCs w:val="22"/>
          <w:lang w:val="es-ES_tradnl"/>
        </w:rPr>
      </w:pPr>
      <w:r w:rsidRPr="00F27B88">
        <w:rPr>
          <w:rFonts w:ascii="Aptos" w:hAnsi="Aptos"/>
          <w:sz w:val="22"/>
          <w:szCs w:val="22"/>
          <w:lang w:val="es-ES_tradnl"/>
        </w:rPr>
        <w:t>CONCLUSIONES</w:t>
      </w:r>
    </w:p>
    <w:p w14:paraId="6E5D9444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Las conclusiones deben derivarse directamente de los resultados y responder al objetivo de la investigación. No deben limitarse a repetir lo expuesto en apartados anteriores ni incorporar datos o resultados nuevos.</w:t>
      </w:r>
    </w:p>
    <w:p w14:paraId="170DD417" w14:textId="77777777" w:rsidR="00592E2A" w:rsidRPr="00F27B88" w:rsidRDefault="00000000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Sintetice los principales aportes del trabajo y formule únicamente afirmaciones respaldadas por la evidencia presentada. Cuando corresponda, pueden señalarse implicaciones, recomendaciones o interrogantes que permanezcan abiertos y puedan orientar futuras investigaciones.</w:t>
      </w:r>
    </w:p>
    <w:p w14:paraId="523AD2CA" w14:textId="77777777" w:rsidR="00592E2A" w:rsidRPr="00F27B88" w:rsidRDefault="00000000" w:rsidP="00310CE3">
      <w:pPr>
        <w:pStyle w:val="Ttulo1"/>
        <w:spacing w:line="360" w:lineRule="auto"/>
        <w:jc w:val="both"/>
        <w:rPr>
          <w:rFonts w:ascii="Aptos" w:hAnsi="Aptos"/>
          <w:sz w:val="22"/>
          <w:szCs w:val="22"/>
          <w:lang w:val="es-ES_tradnl"/>
        </w:rPr>
      </w:pPr>
      <w:r w:rsidRPr="00F27B88">
        <w:rPr>
          <w:rFonts w:ascii="Aptos" w:hAnsi="Aptos"/>
          <w:sz w:val="22"/>
          <w:szCs w:val="22"/>
          <w:lang w:val="es-ES_tradnl"/>
        </w:rPr>
        <w:t>LISTA DE REFERENCIAS</w:t>
      </w:r>
    </w:p>
    <w:p w14:paraId="35B57536" w14:textId="77777777" w:rsidR="00EF435D" w:rsidRPr="00F27B88" w:rsidRDefault="009F3FB2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E</w:t>
      </w:r>
      <w:r w:rsidR="00EF435D" w:rsidRPr="00F27B88">
        <w:rPr>
          <w:rFonts w:ascii="Aptos" w:hAnsi="Aptos"/>
          <w:lang w:val="es-ES_tradnl"/>
        </w:rPr>
        <w:t>n este apartado deberán incluirse todas y únicamente las fuentes citadas en el artículo. Verifique que cada cita incluida en el texto tenga su correspondiente referencia y que cada referencia registrada haya sido citada en el manuscrito.</w:t>
      </w:r>
    </w:p>
    <w:p w14:paraId="0D5E6CB1" w14:textId="0B0E3CE5" w:rsidR="00EF435D" w:rsidRPr="00F27B88" w:rsidRDefault="00EF435D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t>El artículo deberá contar con un mínimo de 1</w:t>
      </w:r>
      <w:r w:rsidR="005F2C63">
        <w:rPr>
          <w:rFonts w:ascii="Aptos" w:hAnsi="Aptos"/>
          <w:lang w:val="es-ES_tradnl"/>
        </w:rPr>
        <w:t>5</w:t>
      </w:r>
      <w:r w:rsidRPr="00F27B88">
        <w:rPr>
          <w:rFonts w:ascii="Aptos" w:hAnsi="Aptos"/>
          <w:lang w:val="es-ES_tradnl"/>
        </w:rPr>
        <w:t xml:space="preserve"> referencias bibliográficas. Se recomienda que la selección bibliográfica sea suficiente para sustentar el problema, los antecedentes, los fundamentos teóricos, la metodología y la discusión de los resultados. El número de referencias deberá guardar correspondencia con la naturaleza y alcance del estudio.</w:t>
      </w:r>
    </w:p>
    <w:p w14:paraId="7A7C6E21" w14:textId="77777777" w:rsidR="00EF435D" w:rsidRPr="00F27B88" w:rsidRDefault="00EF435D" w:rsidP="00310CE3">
      <w:pPr>
        <w:spacing w:line="360" w:lineRule="auto"/>
        <w:jc w:val="both"/>
        <w:rPr>
          <w:rFonts w:ascii="Aptos" w:hAnsi="Aptos"/>
          <w:lang w:val="es-ES_tradnl"/>
        </w:rPr>
      </w:pPr>
      <w:r w:rsidRPr="00F27B88">
        <w:rPr>
          <w:rFonts w:ascii="Aptos" w:hAnsi="Aptos"/>
          <w:lang w:val="es-ES_tradnl"/>
        </w:rPr>
        <w:lastRenderedPageBreak/>
        <w:t>Las referencias se presentarán en orden alfabético de acuerdo con las normas APA, séptima edición. Se recomienda priorizar fuentes académicas pertinentes, publicaciones científicas recientes y documentos cuya procedencia y calidad puedan verificarse, sin excluir fuentes clásicas o fundamentales cuando su utilización esté debidamente justificada. Cuando una fuente disponga de DOI, deberá incorporarse en formato de enlace en la referencia correspondiente.</w:t>
      </w:r>
    </w:p>
    <w:p w14:paraId="36EBC046" w14:textId="7FE9671B" w:rsidR="00592E2A" w:rsidRPr="00F27B88" w:rsidRDefault="00EF435D" w:rsidP="00310CE3">
      <w:pPr>
        <w:spacing w:line="360" w:lineRule="auto"/>
        <w:jc w:val="both"/>
        <w:rPr>
          <w:rFonts w:ascii="Aptos" w:hAnsi="Aptos"/>
          <w:i/>
          <w:lang w:val="es-ES_tradnl"/>
        </w:rPr>
      </w:pPr>
      <w:r w:rsidRPr="00F27B88">
        <w:rPr>
          <w:rFonts w:ascii="Aptos" w:hAnsi="Aptos"/>
          <w:lang w:val="es-ES_tradnl"/>
        </w:rPr>
        <w:t>Antes del envío, revise cuidadosamente los nombres de autores, año de publicación, título, nombre de la revista o editorial, volumen, número, páginas, DOI y demás datos bibliográficos. Puede utilizar gestores de referencias como Zotero, Mendeley u otras herramientas equivalentes para apoyar la organización y verificación de las fuentes.</w:t>
      </w:r>
      <w:r w:rsidRPr="00F27B88">
        <w:rPr>
          <w:rFonts w:ascii="Aptos" w:hAnsi="Aptos"/>
          <w:i/>
          <w:lang w:val="es-ES_tradnl"/>
        </w:rPr>
        <w:t xml:space="preserve"> </w:t>
      </w:r>
    </w:p>
    <w:sectPr w:rsidR="00592E2A" w:rsidRPr="00F27B88" w:rsidSect="00310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063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709488" w14:textId="77777777" w:rsidR="005955D3" w:rsidRDefault="005955D3" w:rsidP="00EB59A9">
      <w:pPr>
        <w:spacing w:after="0" w:line="240" w:lineRule="auto"/>
      </w:pPr>
      <w:r>
        <w:separator/>
      </w:r>
    </w:p>
  </w:endnote>
  <w:endnote w:type="continuationSeparator" w:id="0">
    <w:p w14:paraId="0590DF3E" w14:textId="77777777" w:rsidR="005955D3" w:rsidRDefault="005955D3" w:rsidP="00EB5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masis MT Pro Light">
    <w:panose1 w:val="02040304050005020304"/>
    <w:charset w:val="4D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331201" w14:textId="77777777" w:rsidR="004E5ED6" w:rsidRDefault="004E5ED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4E8C44" w14:textId="02E2BEB7" w:rsidR="00310CE3" w:rsidRPr="004E5ED6" w:rsidRDefault="00310CE3" w:rsidP="00A2218B">
    <w:pPr>
      <w:pStyle w:val="Piedepgina"/>
      <w:rPr>
        <w:rFonts w:ascii="Aptos" w:hAnsi="Aptos"/>
        <w:color w:val="000000" w:themeColor="text1"/>
        <w:sz w:val="15"/>
        <w:szCs w:val="15"/>
      </w:rPr>
    </w:pPr>
    <w:r w:rsidRPr="00310CE3"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1339D136" wp14:editId="2C1BB985">
          <wp:simplePos x="0" y="0"/>
          <wp:positionH relativeFrom="column">
            <wp:posOffset>-887730</wp:posOffset>
          </wp:positionH>
          <wp:positionV relativeFrom="paragraph">
            <wp:posOffset>-5525</wp:posOffset>
          </wp:positionV>
          <wp:extent cx="7742712" cy="939471"/>
          <wp:effectExtent l="0" t="0" r="0" b="635"/>
          <wp:wrapNone/>
          <wp:docPr id="19675639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56392" name="Imagen 196756392"/>
                  <pic:cNvPicPr/>
                </pic:nvPicPr>
                <pic:blipFill rotWithShape="1">
                  <a:blip r:embed="rId1"/>
                  <a:srcRect t="59057" b="4539"/>
                  <a:stretch/>
                </pic:blipFill>
                <pic:spPr bwMode="auto">
                  <a:xfrm>
                    <a:off x="0" y="0"/>
                    <a:ext cx="7742712" cy="939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218B">
      <w:rPr>
        <w:lang w:val="es-419"/>
      </w:rPr>
      <w:tab/>
    </w:r>
    <w:r w:rsidR="00A2218B">
      <w:rPr>
        <w:lang w:val="es-419"/>
      </w:rPr>
      <w:tab/>
    </w:r>
    <w:proofErr w:type="spellStart"/>
    <w:r w:rsidRPr="004E5ED6">
      <w:rPr>
        <w:rFonts w:ascii="Aptos" w:hAnsi="Aptos"/>
        <w:color w:val="000000" w:themeColor="text1"/>
        <w:sz w:val="15"/>
        <w:szCs w:val="15"/>
      </w:rPr>
      <w:t>pág</w:t>
    </w:r>
    <w:proofErr w:type="spellEnd"/>
    <w:r w:rsidRPr="004E5ED6">
      <w:rPr>
        <w:rFonts w:ascii="Aptos" w:hAnsi="Aptos"/>
        <w:color w:val="000000" w:themeColor="text1"/>
        <w:sz w:val="15"/>
        <w:szCs w:val="15"/>
      </w:rPr>
      <w:t xml:space="preserve">. </w:t>
    </w:r>
    <w:r w:rsidRPr="004E5ED6">
      <w:rPr>
        <w:rFonts w:ascii="Aptos" w:hAnsi="Aptos"/>
        <w:color w:val="000000" w:themeColor="text1"/>
        <w:sz w:val="15"/>
        <w:szCs w:val="15"/>
      </w:rPr>
      <w:fldChar w:fldCharType="begin"/>
    </w:r>
    <w:r w:rsidRPr="004E5ED6">
      <w:rPr>
        <w:rFonts w:ascii="Aptos" w:hAnsi="Aptos"/>
        <w:color w:val="000000" w:themeColor="text1"/>
        <w:sz w:val="15"/>
        <w:szCs w:val="15"/>
      </w:rPr>
      <w:instrText>PAGE  \* Arabic</w:instrText>
    </w:r>
    <w:r w:rsidRPr="004E5ED6">
      <w:rPr>
        <w:rFonts w:ascii="Aptos" w:hAnsi="Aptos"/>
        <w:color w:val="000000" w:themeColor="text1"/>
        <w:sz w:val="15"/>
        <w:szCs w:val="15"/>
      </w:rPr>
      <w:fldChar w:fldCharType="separate"/>
    </w:r>
    <w:r w:rsidRPr="004E5ED6">
      <w:rPr>
        <w:rFonts w:ascii="Aptos" w:hAnsi="Aptos"/>
        <w:color w:val="000000" w:themeColor="text1"/>
        <w:sz w:val="15"/>
        <w:szCs w:val="15"/>
      </w:rPr>
      <w:t>1</w:t>
    </w:r>
    <w:r w:rsidRPr="004E5ED6">
      <w:rPr>
        <w:rFonts w:ascii="Aptos" w:hAnsi="Aptos"/>
        <w:color w:val="000000" w:themeColor="text1"/>
        <w:sz w:val="15"/>
        <w:szCs w:val="15"/>
      </w:rPr>
      <w:fldChar w:fldCharType="end"/>
    </w:r>
  </w:p>
  <w:p w14:paraId="70B2087C" w14:textId="4B60FBE1" w:rsidR="00EB59A9" w:rsidRPr="00203876" w:rsidRDefault="00A2218B" w:rsidP="00A2218B">
    <w:pPr>
      <w:pStyle w:val="Piedepgina"/>
      <w:jc w:val="right"/>
      <w:rPr>
        <w:color w:val="595959" w:themeColor="text1" w:themeTint="A6"/>
      </w:rPr>
    </w:pPr>
    <w:r w:rsidRPr="00203876">
      <w:rPr>
        <w:rFonts w:ascii="Aptos" w:hAnsi="Aptos"/>
        <w:color w:val="595959" w:themeColor="text1" w:themeTint="A6"/>
        <w:sz w:val="15"/>
        <w:szCs w:val="15"/>
      </w:rPr>
      <w:t xml:space="preserve">ISSN: </w:t>
    </w:r>
    <w:r w:rsidR="00203876" w:rsidRPr="00203876">
      <w:rPr>
        <w:rFonts w:ascii="Aptos" w:hAnsi="Aptos"/>
        <w:color w:val="595959" w:themeColor="text1" w:themeTint="A6"/>
        <w:sz w:val="15"/>
        <w:szCs w:val="15"/>
      </w:rPr>
      <w:t xml:space="preserve">XXXX-XXXX </w:t>
    </w:r>
    <w:r w:rsidRPr="00203876">
      <w:rPr>
        <w:rFonts w:ascii="Aptos" w:hAnsi="Aptos"/>
        <w:color w:val="595959" w:themeColor="text1" w:themeTint="A6"/>
        <w:sz w:val="15"/>
        <w:szCs w:val="15"/>
      </w:rPr>
      <w:t>(En Línea) Julio-</w:t>
    </w:r>
    <w:proofErr w:type="spellStart"/>
    <w:r w:rsidRPr="00203876">
      <w:rPr>
        <w:rFonts w:ascii="Aptos" w:hAnsi="Aptos"/>
        <w:color w:val="595959" w:themeColor="text1" w:themeTint="A6"/>
        <w:sz w:val="15"/>
        <w:szCs w:val="15"/>
      </w:rPr>
      <w:t>Septiembre</w:t>
    </w:r>
    <w:proofErr w:type="spellEnd"/>
    <w:r w:rsidRPr="00203876">
      <w:rPr>
        <w:rFonts w:ascii="Aptos" w:hAnsi="Aptos"/>
        <w:color w:val="595959" w:themeColor="text1" w:themeTint="A6"/>
        <w:sz w:val="15"/>
        <w:szCs w:val="15"/>
      </w:rPr>
      <w:t>, Vol.1, No.1, Año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E81C50" w14:textId="77777777" w:rsidR="004E5ED6" w:rsidRDefault="004E5E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FC91E1" w14:textId="77777777" w:rsidR="005955D3" w:rsidRDefault="005955D3" w:rsidP="00EB59A9">
      <w:pPr>
        <w:spacing w:after="0" w:line="240" w:lineRule="auto"/>
      </w:pPr>
      <w:r>
        <w:separator/>
      </w:r>
    </w:p>
  </w:footnote>
  <w:footnote w:type="continuationSeparator" w:id="0">
    <w:p w14:paraId="24B4B102" w14:textId="77777777" w:rsidR="005955D3" w:rsidRDefault="005955D3" w:rsidP="00EB59A9">
      <w:pPr>
        <w:spacing w:after="0" w:line="240" w:lineRule="auto"/>
      </w:pPr>
      <w:r>
        <w:continuationSeparator/>
      </w:r>
    </w:p>
  </w:footnote>
  <w:footnote w:id="1">
    <w:p w14:paraId="37898798" w14:textId="77777777" w:rsidR="004E5ED6" w:rsidRPr="00A2218B" w:rsidRDefault="004E5ED6" w:rsidP="004E5ED6">
      <w:pPr>
        <w:pStyle w:val="Textonotapie"/>
        <w:rPr>
          <w:rFonts w:asciiTheme="majorHAnsi" w:hAnsiTheme="majorHAnsi" w:cstheme="majorHAnsi"/>
          <w:sz w:val="16"/>
          <w:szCs w:val="16"/>
          <w:lang w:val="es-419"/>
        </w:rPr>
      </w:pPr>
      <w:r>
        <w:rPr>
          <w:rStyle w:val="Refdenotaalpie"/>
        </w:rPr>
        <w:footnoteRef/>
      </w:r>
      <w:r>
        <w:t xml:space="preserve"> </w:t>
      </w:r>
      <w:r w:rsidRPr="00A2218B">
        <w:rPr>
          <w:rFonts w:asciiTheme="majorHAnsi" w:hAnsiTheme="majorHAnsi" w:cstheme="majorHAnsi"/>
          <w:sz w:val="16"/>
          <w:szCs w:val="16"/>
          <w:lang w:val="es-419"/>
        </w:rPr>
        <w:t>Autor principal.</w:t>
      </w:r>
    </w:p>
    <w:p w14:paraId="32239A3A" w14:textId="77777777" w:rsidR="004E5ED6" w:rsidRPr="00B75614" w:rsidRDefault="004E5ED6" w:rsidP="004E5ED6">
      <w:pPr>
        <w:pStyle w:val="Textonotapie"/>
        <w:rPr>
          <w:lang w:val="es-419"/>
        </w:rPr>
      </w:pPr>
      <w:r w:rsidRPr="00A2218B">
        <w:rPr>
          <w:rFonts w:asciiTheme="majorHAnsi" w:hAnsiTheme="majorHAnsi" w:cstheme="majorHAnsi"/>
          <w:sz w:val="16"/>
          <w:szCs w:val="16"/>
          <w:lang w:val="es-419"/>
        </w:rPr>
        <w:t>Correspondencia</w:t>
      </w:r>
      <w:r w:rsidRPr="00A2218B">
        <w:rPr>
          <w:sz w:val="18"/>
          <w:szCs w:val="18"/>
          <w:lang w:val="es-419"/>
        </w:rPr>
        <w:t xml:space="preserve">: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DE4D28" w14:textId="77777777" w:rsidR="004E5ED6" w:rsidRDefault="004E5ED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A074A1" w14:textId="77777777" w:rsidR="00355305" w:rsidRDefault="00355305" w:rsidP="00310CE3">
    <w:pPr>
      <w:pStyle w:val="Encabezado"/>
      <w:rPr>
        <w:i/>
        <w:iCs/>
        <w:lang w:val="es-E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727CE89" wp14:editId="4D2B5A73">
          <wp:simplePos x="0" y="0"/>
          <wp:positionH relativeFrom="column">
            <wp:posOffset>-887730</wp:posOffset>
          </wp:positionH>
          <wp:positionV relativeFrom="paragraph">
            <wp:posOffset>-446215</wp:posOffset>
          </wp:positionV>
          <wp:extent cx="7778115" cy="1297940"/>
          <wp:effectExtent l="0" t="0" r="0" b="0"/>
          <wp:wrapNone/>
          <wp:docPr id="117568790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687907" name="Imagen 1175687907"/>
                  <pic:cNvPicPr/>
                </pic:nvPicPr>
                <pic:blipFill rotWithShape="1">
                  <a:blip r:embed="rId1"/>
                  <a:srcRect b="49891"/>
                  <a:stretch/>
                </pic:blipFill>
                <pic:spPr bwMode="auto">
                  <a:xfrm>
                    <a:off x="0" y="0"/>
                    <a:ext cx="7778115" cy="1297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A72334" w14:textId="77777777" w:rsidR="00355305" w:rsidRDefault="00355305" w:rsidP="00355305">
    <w:pPr>
      <w:pStyle w:val="Encabezado"/>
      <w:jc w:val="both"/>
      <w:rPr>
        <w:i/>
        <w:iCs/>
        <w:lang w:val="es-ES"/>
      </w:rPr>
    </w:pPr>
  </w:p>
  <w:p w14:paraId="48FE25C8" w14:textId="77777777" w:rsidR="00310CE3" w:rsidRDefault="00310CE3" w:rsidP="00310CE3">
    <w:pPr>
      <w:pStyle w:val="Encabezado"/>
      <w:rPr>
        <w:i/>
        <w:iCs/>
        <w:lang w:val="es-ES"/>
      </w:rPr>
    </w:pPr>
  </w:p>
  <w:p w14:paraId="58FC43B8" w14:textId="77777777" w:rsidR="00EB59A9" w:rsidRPr="00310CE3" w:rsidRDefault="00EB59A9" w:rsidP="00310CE3">
    <w:pPr>
      <w:pStyle w:val="Encabezado"/>
      <w:rPr>
        <w:i/>
        <w:iCs/>
        <w:sz w:val="20"/>
        <w:szCs w:val="2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84C8DB" w14:textId="77777777" w:rsidR="004E5ED6" w:rsidRDefault="004E5ED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4597079">
    <w:abstractNumId w:val="8"/>
  </w:num>
  <w:num w:numId="2" w16cid:durableId="1678654452">
    <w:abstractNumId w:val="6"/>
  </w:num>
  <w:num w:numId="3" w16cid:durableId="1227104614">
    <w:abstractNumId w:val="5"/>
  </w:num>
  <w:num w:numId="4" w16cid:durableId="1437866471">
    <w:abstractNumId w:val="4"/>
  </w:num>
  <w:num w:numId="5" w16cid:durableId="1158351288">
    <w:abstractNumId w:val="7"/>
  </w:num>
  <w:num w:numId="6" w16cid:durableId="828906350">
    <w:abstractNumId w:val="3"/>
  </w:num>
  <w:num w:numId="7" w16cid:durableId="654187422">
    <w:abstractNumId w:val="2"/>
  </w:num>
  <w:num w:numId="8" w16cid:durableId="907496326">
    <w:abstractNumId w:val="1"/>
  </w:num>
  <w:num w:numId="9" w16cid:durableId="14910972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29E0"/>
    <w:rsid w:val="00105A5C"/>
    <w:rsid w:val="0015074B"/>
    <w:rsid w:val="00203876"/>
    <w:rsid w:val="00221196"/>
    <w:rsid w:val="00270C81"/>
    <w:rsid w:val="0029639D"/>
    <w:rsid w:val="00305AF5"/>
    <w:rsid w:val="00310CE3"/>
    <w:rsid w:val="00326F90"/>
    <w:rsid w:val="00330CD7"/>
    <w:rsid w:val="00355305"/>
    <w:rsid w:val="003826D9"/>
    <w:rsid w:val="0047188C"/>
    <w:rsid w:val="004D0DE9"/>
    <w:rsid w:val="004E5ED6"/>
    <w:rsid w:val="00502E16"/>
    <w:rsid w:val="00590CD8"/>
    <w:rsid w:val="00592E2A"/>
    <w:rsid w:val="005955D3"/>
    <w:rsid w:val="005B1CC5"/>
    <w:rsid w:val="005F2C63"/>
    <w:rsid w:val="007B1465"/>
    <w:rsid w:val="009F055A"/>
    <w:rsid w:val="009F3FB2"/>
    <w:rsid w:val="00A2218B"/>
    <w:rsid w:val="00A62A8F"/>
    <w:rsid w:val="00AA1D8D"/>
    <w:rsid w:val="00AD0526"/>
    <w:rsid w:val="00B47730"/>
    <w:rsid w:val="00CB0664"/>
    <w:rsid w:val="00D93F6D"/>
    <w:rsid w:val="00DE4CBF"/>
    <w:rsid w:val="00DE60E6"/>
    <w:rsid w:val="00E16E9F"/>
    <w:rsid w:val="00EB59A9"/>
    <w:rsid w:val="00EF435D"/>
    <w:rsid w:val="00F10656"/>
    <w:rsid w:val="00F27B88"/>
    <w:rsid w:val="00F334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F73E61"/>
  <w14:defaultImageDpi w14:val="300"/>
  <w15:docId w15:val="{A5CA3113-154E-FE4E-AEEA-84958EE1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310CE3"/>
    <w:pPr>
      <w:spacing w:after="0" w:line="240" w:lineRule="auto"/>
      <w:ind w:left="10" w:right="1" w:hanging="10"/>
      <w:jc w:val="both"/>
    </w:pPr>
    <w:rPr>
      <w:rFonts w:eastAsia="Times New Roman" w:cs="Times New Roman"/>
      <w:color w:val="000000"/>
      <w:sz w:val="20"/>
      <w:szCs w:val="20"/>
      <w:lang w:val="es-MX"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10CE3"/>
    <w:rPr>
      <w:rFonts w:ascii="Times New Roman" w:eastAsia="Times New Roman" w:hAnsi="Times New Roman" w:cs="Times New Roman"/>
      <w:color w:val="000000"/>
      <w:sz w:val="20"/>
      <w:szCs w:val="20"/>
      <w:lang w:val="es-MX" w:eastAsia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310C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1608</Words>
  <Characters>8849</Characters>
  <Application>Microsoft Office Word</Application>
  <DocSecurity>0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VILLARREAL MORALES VERONICA</cp:lastModifiedBy>
  <cp:revision>6</cp:revision>
  <cp:lastPrinted>2026-09-23T21:20:00Z</cp:lastPrinted>
  <dcterms:created xsi:type="dcterms:W3CDTF">2026-09-23T21:20:00Z</dcterms:created>
  <dcterms:modified xsi:type="dcterms:W3CDTF">2026-09-23T21:40:00Z</dcterms:modified>
  <cp:category/>
</cp:coreProperties>
</file>